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BA15" w14:textId="2D1B834F" w:rsidR="00766113" w:rsidRDefault="00766113">
      <w:pPr>
        <w:pStyle w:val="Heading1"/>
      </w:pPr>
    </w:p>
    <w:p w14:paraId="4E7619FA" w14:textId="2F6721A4" w:rsidR="00BE7F63" w:rsidRPr="00766113" w:rsidRDefault="00766113">
      <w:pPr>
        <w:pStyle w:val="Heading1"/>
        <w:rPr>
          <w:rFonts w:ascii="Arial" w:hAnsi="Arial" w:cs="Arial"/>
          <w:color w:val="000000" w:themeColor="text1"/>
        </w:rPr>
      </w:pPr>
      <w:r w:rsidRPr="00766113">
        <w:rPr>
          <w:rFonts w:ascii="Arial" w:hAnsi="Arial" w:cs="Arial"/>
          <w:color w:val="000000" w:themeColor="text1"/>
        </w:rPr>
        <w:t>Blueback</w:t>
      </w:r>
      <w:r w:rsidRPr="00766113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book to screen n</w:t>
      </w:r>
      <w:r w:rsidR="00964889" w:rsidRPr="00766113">
        <w:rPr>
          <w:rFonts w:ascii="Arial" w:hAnsi="Arial" w:cs="Arial"/>
          <w:color w:val="000000" w:themeColor="text1"/>
        </w:rPr>
        <w:t xml:space="preserve">arrative </w:t>
      </w:r>
      <w:r>
        <w:rPr>
          <w:rFonts w:ascii="Arial" w:hAnsi="Arial" w:cs="Arial"/>
          <w:color w:val="000000" w:themeColor="text1"/>
        </w:rPr>
        <w:t>m</w:t>
      </w:r>
      <w:r w:rsidR="00964889" w:rsidRPr="00766113">
        <w:rPr>
          <w:rFonts w:ascii="Arial" w:hAnsi="Arial" w:cs="Arial"/>
          <w:color w:val="000000" w:themeColor="text1"/>
        </w:rPr>
        <w:t xml:space="preserve">ap </w:t>
      </w:r>
      <w:r>
        <w:rPr>
          <w:rFonts w:ascii="Arial" w:hAnsi="Arial" w:cs="Arial"/>
          <w:color w:val="000000" w:themeColor="text1"/>
        </w:rPr>
        <w:t>w</w:t>
      </w:r>
      <w:r w:rsidR="00964889" w:rsidRPr="00766113">
        <w:rPr>
          <w:rFonts w:ascii="Arial" w:hAnsi="Arial" w:cs="Arial"/>
          <w:color w:val="000000" w:themeColor="text1"/>
        </w:rPr>
        <w:t>orksheet</w:t>
      </w:r>
      <w:r w:rsidR="00964889" w:rsidRPr="00766113">
        <w:rPr>
          <w:rFonts w:ascii="Arial" w:hAnsi="Arial" w:cs="Arial"/>
          <w:color w:val="000000" w:themeColor="text1"/>
        </w:rPr>
        <w:t xml:space="preserve"> </w:t>
      </w:r>
    </w:p>
    <w:p w14:paraId="7D901B31" w14:textId="77777777" w:rsidR="00766113" w:rsidRDefault="00766113">
      <w:pPr>
        <w:rPr>
          <w:rFonts w:ascii="Arial" w:hAnsi="Arial" w:cs="Arial"/>
          <w:color w:val="000000" w:themeColor="text1"/>
        </w:rPr>
      </w:pPr>
    </w:p>
    <w:p w14:paraId="7B2E46D4" w14:textId="6E61F4E8" w:rsidR="002973EF" w:rsidRDefault="00964889" w:rsidP="004F3A30">
      <w:pPr>
        <w:spacing w:line="480" w:lineRule="auto"/>
        <w:rPr>
          <w:rFonts w:ascii="Arial" w:hAnsi="Arial" w:cs="Arial"/>
          <w:color w:val="000000" w:themeColor="text1"/>
        </w:rPr>
      </w:pPr>
      <w:r w:rsidRPr="00766113">
        <w:rPr>
          <w:rFonts w:ascii="Arial" w:hAnsi="Arial" w:cs="Arial"/>
          <w:color w:val="000000" w:themeColor="text1"/>
        </w:rPr>
        <w:t>Name</w:t>
      </w:r>
      <w:r w:rsidR="00766113">
        <w:rPr>
          <w:rFonts w:ascii="Arial" w:hAnsi="Arial" w:cs="Arial"/>
          <w:color w:val="000000" w:themeColor="text1"/>
        </w:rPr>
        <w:t xml:space="preserve"> </w:t>
      </w:r>
      <w:r w:rsidRPr="00766113">
        <w:rPr>
          <w:rFonts w:ascii="Arial" w:hAnsi="Arial" w:cs="Arial"/>
          <w:color w:val="000000" w:themeColor="text1"/>
        </w:rPr>
        <w:t>______________________</w:t>
      </w:r>
      <w:r w:rsidR="00766113">
        <w:rPr>
          <w:rFonts w:ascii="Arial" w:hAnsi="Arial" w:cs="Arial"/>
          <w:color w:val="000000" w:themeColor="text1"/>
        </w:rPr>
        <w:t>___________</w:t>
      </w:r>
      <w:r w:rsidRPr="00766113">
        <w:rPr>
          <w:rFonts w:ascii="Arial" w:hAnsi="Arial" w:cs="Arial"/>
          <w:color w:val="000000" w:themeColor="text1"/>
        </w:rPr>
        <w:t xml:space="preserve">    Class</w:t>
      </w:r>
      <w:r w:rsidR="00766113">
        <w:rPr>
          <w:rFonts w:ascii="Arial" w:hAnsi="Arial" w:cs="Arial"/>
          <w:color w:val="000000" w:themeColor="text1"/>
        </w:rPr>
        <w:t xml:space="preserve"> </w:t>
      </w:r>
      <w:r w:rsidRPr="00766113">
        <w:rPr>
          <w:rFonts w:ascii="Arial" w:hAnsi="Arial" w:cs="Arial"/>
          <w:color w:val="000000" w:themeColor="text1"/>
        </w:rPr>
        <w:t xml:space="preserve">______________________    </w:t>
      </w:r>
      <w:r w:rsidRPr="00766113">
        <w:rPr>
          <w:rFonts w:ascii="Arial" w:hAnsi="Arial" w:cs="Arial"/>
          <w:color w:val="000000" w:themeColor="text1"/>
        </w:rPr>
        <w:br/>
        <w:t xml:space="preserve">Use this worksheet to </w:t>
      </w:r>
      <w:r w:rsidR="00766113">
        <w:rPr>
          <w:rFonts w:ascii="Arial" w:hAnsi="Arial" w:cs="Arial"/>
          <w:color w:val="000000" w:themeColor="text1"/>
        </w:rPr>
        <w:t xml:space="preserve">compare the narrative of Tim Winton’s novel </w:t>
      </w:r>
      <w:r w:rsidR="002973EF">
        <w:rPr>
          <w:rFonts w:ascii="Arial" w:hAnsi="Arial" w:cs="Arial"/>
          <w:color w:val="000000" w:themeColor="text1"/>
        </w:rPr>
        <w:t>with Robert Connolly’s film adaptation.</w:t>
      </w:r>
    </w:p>
    <w:p w14:paraId="691000A8" w14:textId="77777777" w:rsidR="00BE7F63" w:rsidRPr="00766113" w:rsidRDefault="00964889" w:rsidP="00061F38">
      <w:pPr>
        <w:pStyle w:val="Heading2"/>
        <w:spacing w:after="120"/>
        <w:rPr>
          <w:rFonts w:ascii="Arial" w:hAnsi="Arial" w:cs="Arial"/>
          <w:color w:val="000000" w:themeColor="text1"/>
        </w:rPr>
      </w:pPr>
      <w:r w:rsidRPr="00766113">
        <w:rPr>
          <w:rFonts w:ascii="Arial" w:hAnsi="Arial" w:cs="Arial"/>
          <w:color w:val="000000" w:themeColor="text1"/>
        </w:rPr>
        <w:t>1. Setting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2C024D" w:rsidRPr="002973EF" w14:paraId="634525FC" w14:textId="77777777" w:rsidTr="00061F38">
        <w:trPr>
          <w:trHeight w:val="473"/>
        </w:trPr>
        <w:tc>
          <w:tcPr>
            <w:tcW w:w="7940" w:type="dxa"/>
            <w:gridSpan w:val="4"/>
          </w:tcPr>
          <w:p w14:paraId="1918B0D9" w14:textId="233AE2E6" w:rsidR="002C024D" w:rsidRPr="002973EF" w:rsidRDefault="002C024D" w:rsidP="00E61FE7">
            <w:pPr>
              <w:rPr>
                <w:rFonts w:ascii="Arial" w:hAnsi="Arial" w:cs="Arial"/>
                <w:color w:val="000000" w:themeColor="text1"/>
              </w:rPr>
            </w:pPr>
            <w:r w:rsidRPr="002973EF">
              <w:rPr>
                <w:rFonts w:ascii="Arial" w:hAnsi="Arial" w:cs="Arial"/>
                <w:color w:val="000000" w:themeColor="text1"/>
              </w:rPr>
              <w:t>Where and when does the story take place? What is the world of the story like?</w:t>
            </w:r>
            <w:r w:rsidR="005E7CBB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9B2654" w:rsidRPr="002973EF" w14:paraId="7CAC4C84" w14:textId="61750CF1" w:rsidTr="009B2654">
        <w:trPr>
          <w:trHeight w:val="565"/>
        </w:trPr>
        <w:tc>
          <w:tcPr>
            <w:tcW w:w="1985" w:type="dxa"/>
          </w:tcPr>
          <w:p w14:paraId="0928C8CE" w14:textId="54A1C33B" w:rsidR="002973EF" w:rsidRPr="002973EF" w:rsidRDefault="002973EF" w:rsidP="00E61F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216E2D03" w14:textId="126A710D" w:rsidR="002973EF" w:rsidRPr="002973EF" w:rsidRDefault="002C024D" w:rsidP="00E61FE7">
            <w:pPr>
              <w:rPr>
                <w:rFonts w:ascii="Arial" w:hAnsi="Arial" w:cs="Arial"/>
                <w:color w:val="000000" w:themeColor="text1"/>
              </w:rPr>
            </w:pPr>
            <w:r w:rsidRPr="002973EF">
              <w:rPr>
                <w:rFonts w:ascii="Arial" w:hAnsi="Arial" w:cs="Arial"/>
                <w:color w:val="000000" w:themeColor="text1"/>
              </w:rPr>
              <w:t>Book</w:t>
            </w:r>
          </w:p>
        </w:tc>
        <w:tc>
          <w:tcPr>
            <w:tcW w:w="1985" w:type="dxa"/>
          </w:tcPr>
          <w:p w14:paraId="2F2F69DB" w14:textId="38E5D47C" w:rsidR="002973EF" w:rsidRPr="002973EF" w:rsidRDefault="002C024D" w:rsidP="00E61FE7">
            <w:pPr>
              <w:rPr>
                <w:rFonts w:ascii="Arial" w:hAnsi="Arial" w:cs="Arial"/>
                <w:color w:val="000000" w:themeColor="text1"/>
              </w:rPr>
            </w:pPr>
            <w:r w:rsidRPr="002973EF">
              <w:rPr>
                <w:rFonts w:ascii="Arial" w:hAnsi="Arial" w:cs="Arial"/>
                <w:color w:val="000000" w:themeColor="text1"/>
              </w:rPr>
              <w:t>Film</w:t>
            </w:r>
          </w:p>
        </w:tc>
        <w:tc>
          <w:tcPr>
            <w:tcW w:w="1985" w:type="dxa"/>
          </w:tcPr>
          <w:p w14:paraId="627E5C87" w14:textId="3C1628A7" w:rsidR="002973EF" w:rsidRPr="002973EF" w:rsidRDefault="002C024D" w:rsidP="00E61FE7">
            <w:pPr>
              <w:rPr>
                <w:rFonts w:ascii="Arial" w:hAnsi="Arial" w:cs="Arial"/>
                <w:color w:val="000000" w:themeColor="text1"/>
              </w:rPr>
            </w:pPr>
            <w:r w:rsidRPr="002973EF">
              <w:rPr>
                <w:rFonts w:ascii="Arial" w:hAnsi="Arial" w:cs="Arial"/>
                <w:color w:val="000000" w:themeColor="text1"/>
              </w:rPr>
              <w:t>What's Different or Similar?</w:t>
            </w:r>
          </w:p>
        </w:tc>
      </w:tr>
      <w:tr w:rsidR="009B2654" w14:paraId="4B562E9C" w14:textId="24B0A539" w:rsidTr="009B2654">
        <w:trPr>
          <w:trHeight w:val="1701"/>
        </w:trPr>
        <w:tc>
          <w:tcPr>
            <w:tcW w:w="1985" w:type="dxa"/>
          </w:tcPr>
          <w:p w14:paraId="0A7714B1" w14:textId="77777777" w:rsidR="00061F38" w:rsidRDefault="00061F38" w:rsidP="009B2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717B8FE" w14:textId="77777777" w:rsidR="00061F38" w:rsidRDefault="00061F38" w:rsidP="009B2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DFA9414" w14:textId="156176D0" w:rsidR="009B2654" w:rsidRPr="00061F38" w:rsidRDefault="009B2654" w:rsidP="009B2654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F38">
              <w:rPr>
                <w:rFonts w:ascii="Arial" w:hAnsi="Arial" w:cs="Arial"/>
                <w:sz w:val="20"/>
                <w:szCs w:val="20"/>
              </w:rPr>
              <w:t>Locations</w:t>
            </w:r>
            <w:r w:rsidRPr="00061F38">
              <w:rPr>
                <w:rFonts w:ascii="Arial" w:hAnsi="Arial" w:cs="Arial"/>
                <w:sz w:val="20"/>
                <w:szCs w:val="20"/>
              </w:rPr>
              <w:t>: p</w:t>
            </w:r>
            <w:r w:rsidRPr="00061F38">
              <w:rPr>
                <w:rFonts w:ascii="Arial" w:hAnsi="Arial" w:cs="Arial"/>
                <w:color w:val="000000" w:themeColor="text1"/>
                <w:sz w:val="20"/>
                <w:szCs w:val="20"/>
              </w:rPr>
              <w:t>rovide details</w:t>
            </w:r>
            <w:r w:rsidRPr="00061F3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including the look and feel of the places featured in the 2 texts</w:t>
            </w:r>
            <w:r w:rsidR="00BA3E5D" w:rsidRPr="00061F3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FCDA81B" w14:textId="77777777" w:rsidR="00BA3E5D" w:rsidRDefault="00BA3E5D" w:rsidP="009B2654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14:paraId="7F257636" w14:textId="49306618" w:rsidR="00061F38" w:rsidRDefault="00061F38" w:rsidP="009B2654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14:paraId="2E8E15E2" w14:textId="77777777" w:rsidR="00061F38" w:rsidRDefault="00061F38" w:rsidP="009B2654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14:paraId="00580220" w14:textId="5B34EA5B" w:rsidR="00061F38" w:rsidRPr="00BA3E5D" w:rsidRDefault="00061F38" w:rsidP="009B2654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12F301D3" w14:textId="77777777" w:rsidR="002973EF" w:rsidRDefault="002973EF" w:rsidP="00E61FE7">
            <w:pPr>
              <w:rPr>
                <w:rFonts w:ascii="Arial" w:hAnsi="Arial" w:cs="Arial"/>
                <w:color w:val="000000" w:themeColor="text1"/>
              </w:rPr>
            </w:pPr>
          </w:p>
          <w:p w14:paraId="14596840" w14:textId="77777777" w:rsidR="009B2654" w:rsidRDefault="009B2654" w:rsidP="00E61FE7">
            <w:pPr>
              <w:rPr>
                <w:rFonts w:ascii="Arial" w:hAnsi="Arial" w:cs="Arial"/>
                <w:color w:val="000000" w:themeColor="text1"/>
              </w:rPr>
            </w:pPr>
          </w:p>
          <w:p w14:paraId="58A7D3AB" w14:textId="77777777" w:rsidR="009B2654" w:rsidRDefault="009B2654" w:rsidP="00E61FE7">
            <w:pPr>
              <w:rPr>
                <w:rFonts w:ascii="Arial" w:hAnsi="Arial" w:cs="Arial"/>
                <w:color w:val="000000" w:themeColor="text1"/>
              </w:rPr>
            </w:pPr>
          </w:p>
          <w:p w14:paraId="1E59C748" w14:textId="77777777" w:rsidR="009B2654" w:rsidRDefault="009B2654" w:rsidP="00E61FE7">
            <w:pPr>
              <w:rPr>
                <w:rFonts w:ascii="Arial" w:hAnsi="Arial" w:cs="Arial"/>
                <w:color w:val="000000" w:themeColor="text1"/>
              </w:rPr>
            </w:pPr>
          </w:p>
          <w:p w14:paraId="07C2DC93" w14:textId="77777777" w:rsidR="009B2654" w:rsidRDefault="009B2654" w:rsidP="00E61FE7">
            <w:pPr>
              <w:rPr>
                <w:rFonts w:ascii="Arial" w:hAnsi="Arial" w:cs="Arial"/>
                <w:color w:val="000000" w:themeColor="text1"/>
              </w:rPr>
            </w:pPr>
          </w:p>
          <w:p w14:paraId="378ACF22" w14:textId="77777777" w:rsidR="009B2654" w:rsidRDefault="009B2654" w:rsidP="00E61FE7">
            <w:pPr>
              <w:rPr>
                <w:rFonts w:ascii="Arial" w:hAnsi="Arial" w:cs="Arial"/>
                <w:color w:val="000000" w:themeColor="text1"/>
              </w:rPr>
            </w:pPr>
          </w:p>
          <w:p w14:paraId="0C3F0FBD" w14:textId="5994ABAC" w:rsidR="009B2654" w:rsidRPr="002973EF" w:rsidRDefault="009B2654" w:rsidP="00E61F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21DA1883" w14:textId="77777777" w:rsidR="002973EF" w:rsidRPr="002973EF" w:rsidRDefault="002973EF" w:rsidP="00E61F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27BF510D" w14:textId="48FCB5DF" w:rsidR="002973EF" w:rsidRPr="002973EF" w:rsidRDefault="002973EF" w:rsidP="00E61FE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B2654" w14:paraId="1B586544" w14:textId="77777777" w:rsidTr="009B2654">
        <w:trPr>
          <w:trHeight w:val="1701"/>
        </w:trPr>
        <w:tc>
          <w:tcPr>
            <w:tcW w:w="1985" w:type="dxa"/>
          </w:tcPr>
          <w:p w14:paraId="37A405A1" w14:textId="77777777" w:rsidR="00061F38" w:rsidRDefault="00061F38" w:rsidP="00061F3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8173BEF" w14:textId="77777777" w:rsidR="00061F38" w:rsidRDefault="00061F38" w:rsidP="00061F3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184303" w14:textId="2A78D1D9" w:rsidR="00061F38" w:rsidRDefault="00BA3E5D" w:rsidP="00061F3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F3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Time frame: </w:t>
            </w:r>
            <w:r w:rsidRPr="00061F3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Describe when the story takes place, the passing of time and how time is structured. (Is the narrative linear or are there</w:t>
            </w:r>
          </w:p>
          <w:p w14:paraId="6E71B2D5" w14:textId="065A9EA2" w:rsidR="009B2654" w:rsidRPr="00061F38" w:rsidRDefault="00BA3E5D" w:rsidP="00061F38">
            <w:pPr>
              <w:rPr>
                <w:rFonts w:ascii="Arial" w:hAnsi="Arial" w:cs="Arial"/>
                <w:color w:val="000000" w:themeColor="text1"/>
              </w:rPr>
            </w:pPr>
            <w:r w:rsidRPr="00061F38">
              <w:rPr>
                <w:rFonts w:ascii="Arial" w:hAnsi="Arial" w:cs="Arial"/>
                <w:color w:val="000000" w:themeColor="text1"/>
                <w:sz w:val="20"/>
                <w:szCs w:val="20"/>
              </w:rPr>
              <w:t>flashbacks, or interwoven strands?</w:t>
            </w:r>
            <w:r w:rsidR="00061F3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3302A92C" w14:textId="77777777" w:rsidR="00061F38" w:rsidRDefault="00061F38" w:rsidP="002C024D">
            <w:pPr>
              <w:rPr>
                <w:rFonts w:ascii="Arial" w:hAnsi="Arial" w:cs="Arial"/>
                <w:color w:val="000000" w:themeColor="text1"/>
              </w:rPr>
            </w:pPr>
          </w:p>
          <w:p w14:paraId="7693A555" w14:textId="2B3957F0" w:rsidR="00061F38" w:rsidRPr="002973EF" w:rsidRDefault="00061F38" w:rsidP="002C024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193A9CDA" w14:textId="77777777" w:rsidR="002C024D" w:rsidRPr="002973EF" w:rsidRDefault="002C024D" w:rsidP="00E61F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78A00B1E" w14:textId="77777777" w:rsidR="002C024D" w:rsidRPr="002973EF" w:rsidRDefault="002C024D" w:rsidP="00E61F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2ED77962" w14:textId="77777777" w:rsidR="002C024D" w:rsidRPr="002973EF" w:rsidRDefault="002C024D" w:rsidP="00E61FE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081CB52" w14:textId="77777777" w:rsidR="004F3A30" w:rsidRDefault="004F3A30">
      <w:pPr>
        <w:pStyle w:val="Heading2"/>
        <w:rPr>
          <w:rFonts w:ascii="Arial" w:hAnsi="Arial" w:cs="Arial"/>
          <w:color w:val="000000" w:themeColor="text1"/>
        </w:rPr>
      </w:pPr>
    </w:p>
    <w:p w14:paraId="40B800BB" w14:textId="0852833F" w:rsidR="00BE7F63" w:rsidRPr="007966CD" w:rsidRDefault="00964889">
      <w:pPr>
        <w:pStyle w:val="Heading2"/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2. Characters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85"/>
        <w:gridCol w:w="2190"/>
        <w:gridCol w:w="2190"/>
        <w:gridCol w:w="2191"/>
      </w:tblGrid>
      <w:tr w:rsidR="007966CD" w:rsidRPr="002973EF" w14:paraId="21D55902" w14:textId="77777777" w:rsidTr="000F7504">
        <w:trPr>
          <w:trHeight w:val="473"/>
        </w:trPr>
        <w:tc>
          <w:tcPr>
            <w:tcW w:w="8856" w:type="dxa"/>
            <w:gridSpan w:val="4"/>
          </w:tcPr>
          <w:p w14:paraId="19A31E7D" w14:textId="2AEEA2F1" w:rsidR="007966CD" w:rsidRPr="002973EF" w:rsidRDefault="00061F38" w:rsidP="00B47BE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Compare the</w:t>
            </w:r>
            <w:r w:rsidR="007966CD" w:rsidRPr="007966CD">
              <w:rPr>
                <w:rFonts w:ascii="Arial" w:hAnsi="Arial" w:cs="Arial"/>
                <w:color w:val="000000" w:themeColor="text1"/>
              </w:rPr>
              <w:t xml:space="preserve"> characters</w:t>
            </w:r>
            <w:r>
              <w:rPr>
                <w:rFonts w:ascii="Arial" w:hAnsi="Arial" w:cs="Arial"/>
                <w:color w:val="000000" w:themeColor="text1"/>
              </w:rPr>
              <w:t xml:space="preserve"> in the book and the film.</w:t>
            </w:r>
            <w:r w:rsidR="007966CD" w:rsidRPr="007966CD">
              <w:rPr>
                <w:rFonts w:ascii="Arial" w:hAnsi="Arial" w:cs="Arial"/>
                <w:color w:val="000000" w:themeColor="text1"/>
              </w:rPr>
              <w:t xml:space="preserve"> How are they portrayed</w:t>
            </w:r>
            <w:r>
              <w:rPr>
                <w:rFonts w:ascii="Arial" w:hAnsi="Arial" w:cs="Arial"/>
                <w:color w:val="000000" w:themeColor="text1"/>
              </w:rPr>
              <w:t xml:space="preserve"> in each text</w:t>
            </w:r>
            <w:r w:rsidR="007966CD" w:rsidRPr="007966CD">
              <w:rPr>
                <w:rFonts w:ascii="Arial" w:hAnsi="Arial" w:cs="Arial"/>
                <w:color w:val="000000" w:themeColor="text1"/>
              </w:rPr>
              <w:t>?</w:t>
            </w:r>
          </w:p>
        </w:tc>
      </w:tr>
      <w:tr w:rsidR="007966CD" w:rsidRPr="002973EF" w14:paraId="3D749F29" w14:textId="77777777" w:rsidTr="000F7504">
        <w:trPr>
          <w:trHeight w:val="565"/>
        </w:trPr>
        <w:tc>
          <w:tcPr>
            <w:tcW w:w="2285" w:type="dxa"/>
          </w:tcPr>
          <w:p w14:paraId="10C47307" w14:textId="35685898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Character</w:t>
            </w:r>
          </w:p>
        </w:tc>
        <w:tc>
          <w:tcPr>
            <w:tcW w:w="2190" w:type="dxa"/>
          </w:tcPr>
          <w:p w14:paraId="5B7D8A17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  <w:r w:rsidRPr="002973EF">
              <w:rPr>
                <w:rFonts w:ascii="Arial" w:hAnsi="Arial" w:cs="Arial"/>
                <w:color w:val="000000" w:themeColor="text1"/>
              </w:rPr>
              <w:t>Book</w:t>
            </w:r>
          </w:p>
        </w:tc>
        <w:tc>
          <w:tcPr>
            <w:tcW w:w="2190" w:type="dxa"/>
          </w:tcPr>
          <w:p w14:paraId="7A27772F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  <w:r w:rsidRPr="002973EF">
              <w:rPr>
                <w:rFonts w:ascii="Arial" w:hAnsi="Arial" w:cs="Arial"/>
                <w:color w:val="000000" w:themeColor="text1"/>
              </w:rPr>
              <w:t>Film</w:t>
            </w:r>
          </w:p>
        </w:tc>
        <w:tc>
          <w:tcPr>
            <w:tcW w:w="2191" w:type="dxa"/>
          </w:tcPr>
          <w:p w14:paraId="57143651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  <w:r w:rsidRPr="002973EF">
              <w:rPr>
                <w:rFonts w:ascii="Arial" w:hAnsi="Arial" w:cs="Arial"/>
                <w:color w:val="000000" w:themeColor="text1"/>
              </w:rPr>
              <w:t>What's Different or Similar?</w:t>
            </w:r>
          </w:p>
        </w:tc>
      </w:tr>
      <w:tr w:rsidR="007966CD" w14:paraId="1721F30C" w14:textId="77777777" w:rsidTr="00886C8D">
        <w:trPr>
          <w:trHeight w:hRule="exact" w:val="2268"/>
        </w:trPr>
        <w:tc>
          <w:tcPr>
            <w:tcW w:w="2285" w:type="dxa"/>
          </w:tcPr>
          <w:p w14:paraId="2435FDDA" w14:textId="77777777" w:rsidR="000F7504" w:rsidRDefault="000F7504" w:rsidP="000F75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D3DF5D" w14:textId="2CFA9514" w:rsidR="000F7504" w:rsidRPr="000F7504" w:rsidRDefault="000F7504" w:rsidP="000F7504">
            <w:pPr>
              <w:rPr>
                <w:rFonts w:ascii="Arial" w:hAnsi="Arial" w:cs="Arial"/>
                <w:sz w:val="20"/>
                <w:szCs w:val="20"/>
              </w:rPr>
            </w:pPr>
            <w:r w:rsidRPr="000F7504">
              <w:rPr>
                <w:rFonts w:ascii="Arial" w:hAnsi="Arial" w:cs="Arial"/>
                <w:sz w:val="20"/>
                <w:szCs w:val="20"/>
              </w:rPr>
              <w:t>Abby:</w:t>
            </w:r>
          </w:p>
          <w:p w14:paraId="29960559" w14:textId="689901DF" w:rsidR="007966CD" w:rsidRDefault="000F7504" w:rsidP="000F7504">
            <w:r w:rsidRPr="000F7504">
              <w:rPr>
                <w:rFonts w:ascii="Arial" w:hAnsi="Arial" w:cs="Arial"/>
                <w:sz w:val="20"/>
                <w:szCs w:val="20"/>
              </w:rPr>
              <w:t>Provide a description that includes physical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F7504">
              <w:rPr>
                <w:rFonts w:ascii="Arial" w:hAnsi="Arial" w:cs="Arial"/>
                <w:sz w:val="20"/>
                <w:szCs w:val="20"/>
              </w:rPr>
              <w:t xml:space="preserve"> emotional </w:t>
            </w:r>
            <w:r>
              <w:rPr>
                <w:rFonts w:ascii="Arial" w:hAnsi="Arial" w:cs="Arial"/>
                <w:sz w:val="20"/>
                <w:szCs w:val="20"/>
              </w:rPr>
              <w:t>and personal t</w:t>
            </w:r>
            <w:r w:rsidRPr="000F7504">
              <w:rPr>
                <w:rFonts w:ascii="Arial" w:hAnsi="Arial" w:cs="Arial"/>
                <w:sz w:val="20"/>
                <w:szCs w:val="20"/>
              </w:rPr>
              <w:t>raits</w:t>
            </w:r>
            <w:r>
              <w:rPr>
                <w:rFonts w:ascii="Arial" w:hAnsi="Arial" w:cs="Arial"/>
                <w:sz w:val="20"/>
                <w:szCs w:val="20"/>
              </w:rPr>
              <w:t xml:space="preserve">. Try to get the heart of the character in </w:t>
            </w:r>
            <w:r w:rsidR="00886C8D">
              <w:rPr>
                <w:rFonts w:ascii="Arial" w:hAnsi="Arial" w:cs="Arial"/>
                <w:sz w:val="20"/>
                <w:szCs w:val="20"/>
              </w:rPr>
              <w:t>both the book and the film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90" w:type="dxa"/>
          </w:tcPr>
          <w:p w14:paraId="7B57F016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0" w:type="dxa"/>
          </w:tcPr>
          <w:p w14:paraId="77A26424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1" w:type="dxa"/>
          </w:tcPr>
          <w:p w14:paraId="2BE8A580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966CD" w14:paraId="097FBA69" w14:textId="77777777" w:rsidTr="00886C8D">
        <w:trPr>
          <w:trHeight w:hRule="exact" w:val="2268"/>
        </w:trPr>
        <w:tc>
          <w:tcPr>
            <w:tcW w:w="2285" w:type="dxa"/>
          </w:tcPr>
          <w:p w14:paraId="5CE2BDDB" w14:textId="77777777" w:rsidR="00886C8D" w:rsidRDefault="00886C8D" w:rsidP="00B47B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C1899B" w14:textId="4CAE7C48" w:rsidR="007966CD" w:rsidRPr="00886C8D" w:rsidRDefault="007966CD" w:rsidP="00B47BEA">
            <w:pPr>
              <w:rPr>
                <w:rFonts w:ascii="Arial" w:hAnsi="Arial" w:cs="Arial"/>
                <w:sz w:val="20"/>
                <w:szCs w:val="20"/>
              </w:rPr>
            </w:pPr>
            <w:r w:rsidRPr="00886C8D">
              <w:rPr>
                <w:rFonts w:ascii="Arial" w:hAnsi="Arial" w:cs="Arial"/>
                <w:sz w:val="20"/>
                <w:szCs w:val="20"/>
              </w:rPr>
              <w:t>Dora</w:t>
            </w:r>
            <w:r w:rsidR="00886C8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C506C32" w14:textId="227DE931" w:rsidR="000F7504" w:rsidRDefault="000F7504" w:rsidP="00B47BEA">
            <w:pPr>
              <w:rPr>
                <w:rFonts w:ascii="Arial" w:hAnsi="Arial" w:cs="Arial"/>
              </w:rPr>
            </w:pPr>
            <w:r w:rsidRPr="000F7504">
              <w:rPr>
                <w:rFonts w:ascii="Arial" w:hAnsi="Arial" w:cs="Arial"/>
                <w:sz w:val="20"/>
                <w:szCs w:val="20"/>
              </w:rPr>
              <w:t>Provide a description that includes physical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F7504">
              <w:rPr>
                <w:rFonts w:ascii="Arial" w:hAnsi="Arial" w:cs="Arial"/>
                <w:sz w:val="20"/>
                <w:szCs w:val="20"/>
              </w:rPr>
              <w:t xml:space="preserve"> emotional </w:t>
            </w:r>
            <w:r>
              <w:rPr>
                <w:rFonts w:ascii="Arial" w:hAnsi="Arial" w:cs="Arial"/>
                <w:sz w:val="20"/>
                <w:szCs w:val="20"/>
              </w:rPr>
              <w:t>and personal t</w:t>
            </w:r>
            <w:r w:rsidRPr="000F7504">
              <w:rPr>
                <w:rFonts w:ascii="Arial" w:hAnsi="Arial" w:cs="Arial"/>
                <w:sz w:val="20"/>
                <w:szCs w:val="20"/>
              </w:rPr>
              <w:t>raits</w:t>
            </w:r>
            <w:r>
              <w:rPr>
                <w:rFonts w:ascii="Arial" w:hAnsi="Arial" w:cs="Arial"/>
                <w:sz w:val="20"/>
                <w:szCs w:val="20"/>
              </w:rPr>
              <w:t xml:space="preserve">. Try to get the heart of the character in </w:t>
            </w:r>
            <w:r w:rsidR="00886C8D">
              <w:rPr>
                <w:rFonts w:ascii="Arial" w:hAnsi="Arial" w:cs="Arial"/>
                <w:sz w:val="20"/>
                <w:szCs w:val="20"/>
              </w:rPr>
              <w:t>both the book and the film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62EC9C" w14:textId="77777777" w:rsidR="000F7504" w:rsidRDefault="000F7504" w:rsidP="00B47BEA">
            <w:pPr>
              <w:rPr>
                <w:rFonts w:ascii="Arial" w:hAnsi="Arial" w:cs="Arial"/>
              </w:rPr>
            </w:pPr>
          </w:p>
          <w:p w14:paraId="0C75DB25" w14:textId="04536554" w:rsidR="000F7504" w:rsidRPr="002973EF" w:rsidRDefault="000F7504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0" w:type="dxa"/>
          </w:tcPr>
          <w:p w14:paraId="1AE384DD" w14:textId="77777777" w:rsidR="007966CD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5BD145A5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21A7C2FB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7978047A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0F717D09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3150537B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0D804E1B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6FCF3ABA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14FDA933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5171FE60" w14:textId="77777777" w:rsidR="00886C8D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  <w:p w14:paraId="2064CE5E" w14:textId="6250D115" w:rsidR="00886C8D" w:rsidRPr="002973EF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0" w:type="dxa"/>
          </w:tcPr>
          <w:p w14:paraId="564DC144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1" w:type="dxa"/>
          </w:tcPr>
          <w:p w14:paraId="7FFC34BA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966CD" w14:paraId="06509EBF" w14:textId="77777777" w:rsidTr="00886C8D">
        <w:trPr>
          <w:trHeight w:hRule="exact" w:val="2268"/>
        </w:trPr>
        <w:tc>
          <w:tcPr>
            <w:tcW w:w="2285" w:type="dxa"/>
          </w:tcPr>
          <w:p w14:paraId="36E9F7AC" w14:textId="77777777" w:rsidR="00886C8D" w:rsidRDefault="00886C8D" w:rsidP="00B47B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AB5D6" w14:textId="492F4EAC" w:rsidR="007966CD" w:rsidRDefault="007966CD" w:rsidP="00B47BEA">
            <w:pPr>
              <w:rPr>
                <w:rFonts w:ascii="Arial" w:hAnsi="Arial" w:cs="Arial"/>
                <w:sz w:val="20"/>
                <w:szCs w:val="20"/>
              </w:rPr>
            </w:pPr>
            <w:r w:rsidRPr="00886C8D">
              <w:rPr>
                <w:rFonts w:ascii="Arial" w:hAnsi="Arial" w:cs="Arial"/>
                <w:sz w:val="20"/>
                <w:szCs w:val="20"/>
              </w:rPr>
              <w:t>Blueback</w:t>
            </w:r>
            <w:r w:rsidR="00886C8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2AF4678" w14:textId="542E63C2" w:rsidR="00886C8D" w:rsidRPr="00886C8D" w:rsidRDefault="00886C8D" w:rsidP="00B47B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both texts Blueback is created as a character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so as 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make the reader/viewer care about him. </w:t>
            </w:r>
            <w:r w:rsidR="00846200">
              <w:rPr>
                <w:rFonts w:ascii="Arial" w:hAnsi="Arial" w:cs="Arial"/>
                <w:sz w:val="20"/>
                <w:szCs w:val="20"/>
              </w:rPr>
              <w:t>How is this achieved in each text?</w:t>
            </w:r>
          </w:p>
          <w:p w14:paraId="3D652FF5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4F015AAB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5CD9C012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2A7A344F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78968613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1003EC91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1EFC8E8F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43F1FD9B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041F04EC" w14:textId="59F5C0CA" w:rsidR="00886C8D" w:rsidRPr="002973EF" w:rsidRDefault="00886C8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0" w:type="dxa"/>
          </w:tcPr>
          <w:p w14:paraId="350C7CBF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0" w:type="dxa"/>
          </w:tcPr>
          <w:p w14:paraId="3B1A68E7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1" w:type="dxa"/>
          </w:tcPr>
          <w:p w14:paraId="7F3744A0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966CD" w14:paraId="69451D97" w14:textId="77777777" w:rsidTr="00886C8D">
        <w:trPr>
          <w:trHeight w:hRule="exact" w:val="2268"/>
        </w:trPr>
        <w:tc>
          <w:tcPr>
            <w:tcW w:w="2285" w:type="dxa"/>
          </w:tcPr>
          <w:p w14:paraId="2FA3B5DC" w14:textId="688D98B2" w:rsidR="007966CD" w:rsidRDefault="007966CD" w:rsidP="00B47BEA">
            <w:pPr>
              <w:rPr>
                <w:rFonts w:ascii="Arial" w:hAnsi="Arial" w:cs="Arial"/>
                <w:sz w:val="20"/>
                <w:szCs w:val="20"/>
              </w:rPr>
            </w:pPr>
            <w:r w:rsidRPr="00846200">
              <w:rPr>
                <w:rFonts w:ascii="Arial" w:hAnsi="Arial" w:cs="Arial"/>
                <w:sz w:val="20"/>
                <w:szCs w:val="20"/>
              </w:rPr>
              <w:t>Supporting characters</w:t>
            </w:r>
            <w:r w:rsidR="0084620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27E013" w14:textId="07B7CB7E" w:rsidR="00846200" w:rsidRPr="00844E32" w:rsidRDefault="00844E32" w:rsidP="00B47B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1.Compare and contrast a character who appears in both versions of </w:t>
            </w:r>
            <w:r w:rsidRPr="00844E32">
              <w:rPr>
                <w:rFonts w:ascii="Arial" w:hAnsi="Arial" w:cs="Arial"/>
                <w:i/>
                <w:iCs/>
                <w:sz w:val="20"/>
                <w:szCs w:val="20"/>
              </w:rPr>
              <w:t>Blueback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2. Describe a character who is only in either the book or the film and explain their role.</w:t>
            </w:r>
          </w:p>
          <w:p w14:paraId="12CC04E2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42A84593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30034886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2FB3C32A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6C820C16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004005F4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7F627648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386A1724" w14:textId="77777777" w:rsidR="00886C8D" w:rsidRDefault="00886C8D" w:rsidP="00B47BEA">
            <w:pPr>
              <w:rPr>
                <w:rFonts w:ascii="Arial" w:hAnsi="Arial" w:cs="Arial"/>
              </w:rPr>
            </w:pPr>
          </w:p>
          <w:p w14:paraId="10BE8627" w14:textId="7F609CBE" w:rsidR="00886C8D" w:rsidRDefault="00886C8D" w:rsidP="00B47BE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14:paraId="782D433B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0" w:type="dxa"/>
          </w:tcPr>
          <w:p w14:paraId="7B79300E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1" w:type="dxa"/>
          </w:tcPr>
          <w:p w14:paraId="73359294" w14:textId="77777777" w:rsidR="007966CD" w:rsidRPr="002973EF" w:rsidRDefault="007966CD" w:rsidP="00B47BEA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5575171" w14:textId="162076DB" w:rsidR="001A6DE7" w:rsidRDefault="001A6DE7" w:rsidP="001A6DE7"/>
    <w:p w14:paraId="767C6CD9" w14:textId="17D125F9" w:rsidR="001A6DE7" w:rsidRPr="001A6DE7" w:rsidRDefault="001A6DE7" w:rsidP="001A6DE7">
      <w:pPr>
        <w:rPr>
          <w:rFonts w:ascii="Arial" w:hAnsi="Arial" w:cs="Arial"/>
        </w:rPr>
      </w:pPr>
      <w:r w:rsidRPr="001A6DE7">
        <w:rPr>
          <w:rFonts w:ascii="Arial" w:hAnsi="Arial" w:cs="Arial"/>
        </w:rPr>
        <w:t xml:space="preserve">Work in pairs to create a Venn diagram from this information. Present your findings to the class and compare </w:t>
      </w:r>
      <w:r>
        <w:rPr>
          <w:rFonts w:ascii="Arial" w:hAnsi="Arial" w:cs="Arial"/>
        </w:rPr>
        <w:t xml:space="preserve">outcomes. </w:t>
      </w:r>
    </w:p>
    <w:p w14:paraId="23319A03" w14:textId="77777777" w:rsidR="001A6DE7" w:rsidRDefault="001A6DE7">
      <w:pPr>
        <w:pStyle w:val="Heading2"/>
        <w:rPr>
          <w:rFonts w:ascii="Arial" w:hAnsi="Arial" w:cs="Arial"/>
          <w:color w:val="000000" w:themeColor="text1"/>
        </w:rPr>
      </w:pPr>
    </w:p>
    <w:p w14:paraId="61952A39" w14:textId="4DAA8EB5" w:rsidR="00BE7F63" w:rsidRPr="007966CD" w:rsidRDefault="00964889">
      <w:pPr>
        <w:pStyle w:val="Heading2"/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3. Plot</w:t>
      </w:r>
    </w:p>
    <w:p w14:paraId="3281B9F4" w14:textId="77777777" w:rsidR="00BE7F63" w:rsidRPr="007966CD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What are the key events in each version of the story?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2360"/>
        <w:gridCol w:w="2258"/>
        <w:gridCol w:w="2179"/>
      </w:tblGrid>
      <w:tr w:rsidR="001A6DE7" w:rsidRPr="007966CD" w14:paraId="72697F90" w14:textId="77777777" w:rsidTr="001A6DE7">
        <w:tc>
          <w:tcPr>
            <w:tcW w:w="2059" w:type="dxa"/>
          </w:tcPr>
          <w:p w14:paraId="1E12E9B0" w14:textId="77777777" w:rsidR="001A6DE7" w:rsidRPr="007966CD" w:rsidRDefault="001A6D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60" w:type="dxa"/>
          </w:tcPr>
          <w:p w14:paraId="35C79909" w14:textId="51B4BF12" w:rsidR="001A6DE7" w:rsidRPr="007966CD" w:rsidRDefault="001A6DE7">
            <w:pPr>
              <w:rPr>
                <w:rFonts w:ascii="Arial" w:hAnsi="Arial" w:cs="Arial"/>
                <w:color w:val="000000" w:themeColor="text1"/>
              </w:rPr>
            </w:pPr>
            <w:r w:rsidRPr="007966CD">
              <w:rPr>
                <w:rFonts w:ascii="Arial" w:hAnsi="Arial" w:cs="Arial"/>
                <w:color w:val="000000" w:themeColor="text1"/>
              </w:rPr>
              <w:t>Beginning</w:t>
            </w:r>
          </w:p>
        </w:tc>
        <w:tc>
          <w:tcPr>
            <w:tcW w:w="2258" w:type="dxa"/>
          </w:tcPr>
          <w:p w14:paraId="4546CE7A" w14:textId="77777777" w:rsidR="001A6DE7" w:rsidRPr="007966CD" w:rsidRDefault="001A6DE7">
            <w:pPr>
              <w:rPr>
                <w:rFonts w:ascii="Arial" w:hAnsi="Arial" w:cs="Arial"/>
                <w:color w:val="000000" w:themeColor="text1"/>
              </w:rPr>
            </w:pPr>
            <w:r w:rsidRPr="007966CD">
              <w:rPr>
                <w:rFonts w:ascii="Arial" w:hAnsi="Arial" w:cs="Arial"/>
                <w:color w:val="000000" w:themeColor="text1"/>
              </w:rPr>
              <w:t>Middle</w:t>
            </w:r>
          </w:p>
        </w:tc>
        <w:tc>
          <w:tcPr>
            <w:tcW w:w="2179" w:type="dxa"/>
          </w:tcPr>
          <w:p w14:paraId="486C00DA" w14:textId="77777777" w:rsidR="001A6DE7" w:rsidRPr="007966CD" w:rsidRDefault="001A6DE7">
            <w:pPr>
              <w:rPr>
                <w:rFonts w:ascii="Arial" w:hAnsi="Arial" w:cs="Arial"/>
                <w:color w:val="000000" w:themeColor="text1"/>
              </w:rPr>
            </w:pPr>
            <w:r w:rsidRPr="007966CD">
              <w:rPr>
                <w:rFonts w:ascii="Arial" w:hAnsi="Arial" w:cs="Arial"/>
                <w:color w:val="000000" w:themeColor="text1"/>
              </w:rPr>
              <w:t>End</w:t>
            </w:r>
          </w:p>
        </w:tc>
      </w:tr>
      <w:tr w:rsidR="001A6DE7" w:rsidRPr="007966CD" w14:paraId="05098A01" w14:textId="77777777" w:rsidTr="001A6DE7">
        <w:trPr>
          <w:cantSplit/>
          <w:trHeight w:val="2268"/>
        </w:trPr>
        <w:tc>
          <w:tcPr>
            <w:tcW w:w="2059" w:type="dxa"/>
          </w:tcPr>
          <w:p w14:paraId="2EE4AD58" w14:textId="59DBA6E5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  <w:r w:rsidRPr="007966CD">
              <w:rPr>
                <w:rFonts w:ascii="Arial" w:hAnsi="Arial" w:cs="Arial"/>
                <w:color w:val="000000" w:themeColor="text1"/>
              </w:rPr>
              <w:t>Book</w:t>
            </w:r>
          </w:p>
        </w:tc>
        <w:tc>
          <w:tcPr>
            <w:tcW w:w="2360" w:type="dxa"/>
          </w:tcPr>
          <w:p w14:paraId="544FA562" w14:textId="4F6F84CC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8" w:type="dxa"/>
          </w:tcPr>
          <w:p w14:paraId="0E887400" w14:textId="77777777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79" w:type="dxa"/>
          </w:tcPr>
          <w:p w14:paraId="23D6DDD9" w14:textId="77777777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A6DE7" w:rsidRPr="007966CD" w14:paraId="4A5F3FFF" w14:textId="77777777" w:rsidTr="001A6DE7">
        <w:trPr>
          <w:cantSplit/>
          <w:trHeight w:val="2268"/>
        </w:trPr>
        <w:tc>
          <w:tcPr>
            <w:tcW w:w="2059" w:type="dxa"/>
          </w:tcPr>
          <w:p w14:paraId="08F9D3D9" w14:textId="1F35B9FA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  <w:r w:rsidRPr="007966CD">
              <w:rPr>
                <w:rFonts w:ascii="Arial" w:hAnsi="Arial" w:cs="Arial"/>
                <w:color w:val="000000" w:themeColor="text1"/>
              </w:rPr>
              <w:t>Film</w:t>
            </w:r>
          </w:p>
        </w:tc>
        <w:tc>
          <w:tcPr>
            <w:tcW w:w="2360" w:type="dxa"/>
          </w:tcPr>
          <w:p w14:paraId="59FFF65E" w14:textId="063AF781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8" w:type="dxa"/>
          </w:tcPr>
          <w:p w14:paraId="4B9B6238" w14:textId="77777777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79" w:type="dxa"/>
          </w:tcPr>
          <w:p w14:paraId="2313D1AB" w14:textId="77777777" w:rsidR="001A6DE7" w:rsidRPr="007966CD" w:rsidRDefault="001A6DE7" w:rsidP="001A6DE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A71BDA" w14:textId="77777777" w:rsidR="00592365" w:rsidRDefault="00592365">
      <w:pPr>
        <w:rPr>
          <w:rFonts w:ascii="Arial" w:hAnsi="Arial" w:cs="Arial"/>
          <w:color w:val="000000" w:themeColor="text1"/>
        </w:rPr>
      </w:pPr>
    </w:p>
    <w:p w14:paraId="4A42EAE1" w14:textId="6BAF2A0B" w:rsidR="00BE7F63" w:rsidRPr="007966CD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 xml:space="preserve">What </w:t>
      </w:r>
      <w:r w:rsidR="001D57BA">
        <w:rPr>
          <w:rFonts w:ascii="Arial" w:hAnsi="Arial" w:cs="Arial"/>
          <w:color w:val="000000" w:themeColor="text1"/>
        </w:rPr>
        <w:t>has been</w:t>
      </w:r>
      <w:r w:rsidRPr="007966CD">
        <w:rPr>
          <w:rFonts w:ascii="Arial" w:hAnsi="Arial" w:cs="Arial"/>
          <w:color w:val="000000" w:themeColor="text1"/>
        </w:rPr>
        <w:t xml:space="preserve"> added, changed, or left out in the film version? Why do you think this was </w:t>
      </w:r>
      <w:r w:rsidRPr="007966CD">
        <w:rPr>
          <w:rFonts w:ascii="Arial" w:hAnsi="Arial" w:cs="Arial"/>
          <w:color w:val="000000" w:themeColor="text1"/>
        </w:rPr>
        <w:t>done?</w:t>
      </w:r>
      <w:r w:rsidRPr="007966CD">
        <w:rPr>
          <w:rFonts w:ascii="Arial" w:hAnsi="Arial" w:cs="Arial"/>
          <w:color w:val="000000" w:themeColor="text1"/>
        </w:rPr>
        <w:br/>
        <w:t>__________________________________________________________________</w:t>
      </w:r>
      <w:r w:rsidR="00592365">
        <w:rPr>
          <w:rFonts w:ascii="Arial" w:hAnsi="Arial" w:cs="Arial"/>
          <w:color w:val="000000" w:themeColor="text1"/>
        </w:rPr>
        <w:t>_</w:t>
      </w:r>
    </w:p>
    <w:p w14:paraId="043984F8" w14:textId="20EE2932" w:rsidR="00BE7F63" w:rsidRPr="007966CD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__________________________________________________________________</w:t>
      </w:r>
      <w:r w:rsidR="00592365">
        <w:rPr>
          <w:rFonts w:ascii="Arial" w:hAnsi="Arial" w:cs="Arial"/>
          <w:color w:val="000000" w:themeColor="text1"/>
        </w:rPr>
        <w:t>_</w:t>
      </w:r>
    </w:p>
    <w:p w14:paraId="2DAEDFA8" w14:textId="1A85FAAB" w:rsidR="00BE7F63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__________________________________________________________________</w:t>
      </w:r>
      <w:r w:rsidR="00592365">
        <w:rPr>
          <w:rFonts w:ascii="Arial" w:hAnsi="Arial" w:cs="Arial"/>
          <w:color w:val="000000" w:themeColor="text1"/>
        </w:rPr>
        <w:t>_</w:t>
      </w:r>
    </w:p>
    <w:p w14:paraId="2BFC052A" w14:textId="19383203" w:rsidR="00592365" w:rsidRDefault="0059236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</w:t>
      </w:r>
    </w:p>
    <w:p w14:paraId="1BE3628D" w14:textId="11D96ACC" w:rsidR="004F3A30" w:rsidRPr="007966CD" w:rsidRDefault="004F3A3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</w:t>
      </w:r>
    </w:p>
    <w:p w14:paraId="39A064A3" w14:textId="3CCB7C5A" w:rsidR="00BE7F63" w:rsidRPr="007966CD" w:rsidRDefault="00592365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964889" w:rsidRPr="007966CD">
        <w:rPr>
          <w:rFonts w:ascii="Arial" w:hAnsi="Arial" w:cs="Arial"/>
          <w:color w:val="000000" w:themeColor="text1"/>
        </w:rPr>
        <w:t>. Your Reflection</w:t>
      </w:r>
    </w:p>
    <w:p w14:paraId="458452A5" w14:textId="0990F5F3" w:rsidR="00BE7F63" w:rsidRPr="007966CD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 xml:space="preserve">Which </w:t>
      </w:r>
      <w:r w:rsidRPr="007966CD">
        <w:rPr>
          <w:rFonts w:ascii="Arial" w:hAnsi="Arial" w:cs="Arial"/>
          <w:color w:val="000000" w:themeColor="text1"/>
        </w:rPr>
        <w:t>version had more impact for you – the book or the film? Why</w:t>
      </w:r>
      <w:r w:rsidR="004F3A30">
        <w:rPr>
          <w:rFonts w:ascii="Arial" w:hAnsi="Arial" w:cs="Arial"/>
          <w:color w:val="000000" w:themeColor="text1"/>
        </w:rPr>
        <w:t>? E</w:t>
      </w:r>
      <w:r w:rsidRPr="007966CD">
        <w:rPr>
          <w:rFonts w:ascii="Arial" w:hAnsi="Arial" w:cs="Arial"/>
          <w:color w:val="000000" w:themeColor="text1"/>
        </w:rPr>
        <w:t>xplain</w:t>
      </w:r>
      <w:r w:rsidR="004F3A30">
        <w:rPr>
          <w:rFonts w:ascii="Arial" w:hAnsi="Arial" w:cs="Arial"/>
          <w:color w:val="000000" w:themeColor="text1"/>
        </w:rPr>
        <w:t xml:space="preserve">. </w:t>
      </w:r>
    </w:p>
    <w:p w14:paraId="006360DB" w14:textId="77777777" w:rsidR="00BE7F63" w:rsidRPr="007966CD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__________________________________________________________________</w:t>
      </w:r>
    </w:p>
    <w:p w14:paraId="7F876E06" w14:textId="77777777" w:rsidR="00BE7F63" w:rsidRPr="007966CD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__________________________________________________________________</w:t>
      </w:r>
    </w:p>
    <w:p w14:paraId="0994CC6D" w14:textId="77777777" w:rsidR="00BE7F63" w:rsidRPr="007966CD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_________________</w:t>
      </w:r>
      <w:r w:rsidRPr="007966CD">
        <w:rPr>
          <w:rFonts w:ascii="Arial" w:hAnsi="Arial" w:cs="Arial"/>
          <w:color w:val="000000" w:themeColor="text1"/>
        </w:rPr>
        <w:t>_________________________________________________</w:t>
      </w:r>
    </w:p>
    <w:p w14:paraId="2C733735" w14:textId="1F07A9EA" w:rsidR="00BE7F63" w:rsidRDefault="00964889">
      <w:pPr>
        <w:rPr>
          <w:rFonts w:ascii="Arial" w:hAnsi="Arial" w:cs="Arial"/>
          <w:color w:val="000000" w:themeColor="text1"/>
        </w:rPr>
      </w:pPr>
      <w:r w:rsidRPr="007966CD">
        <w:rPr>
          <w:rFonts w:ascii="Arial" w:hAnsi="Arial" w:cs="Arial"/>
          <w:color w:val="000000" w:themeColor="text1"/>
        </w:rPr>
        <w:t>____________</w:t>
      </w:r>
      <w:r w:rsidRPr="007966CD">
        <w:rPr>
          <w:rFonts w:ascii="Arial" w:hAnsi="Arial" w:cs="Arial"/>
          <w:color w:val="000000" w:themeColor="text1"/>
        </w:rPr>
        <w:t>______________________________________________________</w:t>
      </w:r>
    </w:p>
    <w:p w14:paraId="040E41D7" w14:textId="46A9723E" w:rsidR="00592365" w:rsidRPr="007966CD" w:rsidRDefault="0059236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</w:t>
      </w:r>
    </w:p>
    <w:sectPr w:rsidR="00592365" w:rsidRPr="007966CD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8D916" w14:textId="77777777" w:rsidR="00964889" w:rsidRDefault="00964889" w:rsidP="00766113">
      <w:pPr>
        <w:spacing w:after="0" w:line="240" w:lineRule="auto"/>
      </w:pPr>
      <w:r>
        <w:separator/>
      </w:r>
    </w:p>
  </w:endnote>
  <w:endnote w:type="continuationSeparator" w:id="0">
    <w:p w14:paraId="26FE964B" w14:textId="77777777" w:rsidR="00964889" w:rsidRDefault="00964889" w:rsidP="0076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1809C" w14:textId="77777777" w:rsidR="00964889" w:rsidRDefault="00964889" w:rsidP="00766113">
      <w:pPr>
        <w:spacing w:after="0" w:line="240" w:lineRule="auto"/>
      </w:pPr>
      <w:r>
        <w:separator/>
      </w:r>
    </w:p>
  </w:footnote>
  <w:footnote w:type="continuationSeparator" w:id="0">
    <w:p w14:paraId="792E12EA" w14:textId="77777777" w:rsidR="00964889" w:rsidRDefault="00964889" w:rsidP="00766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3CB5" w14:textId="7AA5AF1C" w:rsidR="00766113" w:rsidRDefault="00766113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413BBCE8" wp14:editId="06F3705A">
          <wp:simplePos x="0" y="0"/>
          <wp:positionH relativeFrom="margin">
            <wp:posOffset>1278467</wp:posOffset>
          </wp:positionH>
          <wp:positionV relativeFrom="margin">
            <wp:posOffset>-626745</wp:posOffset>
          </wp:positionV>
          <wp:extent cx="2802255" cy="761365"/>
          <wp:effectExtent l="0" t="0" r="4445" b="635"/>
          <wp:wrapSquare wrapText="bothSides"/>
          <wp:docPr id="1" name="Picture 1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F38"/>
    <w:rsid w:val="000F7504"/>
    <w:rsid w:val="0015074B"/>
    <w:rsid w:val="001A6DE7"/>
    <w:rsid w:val="001D57BA"/>
    <w:rsid w:val="0029639D"/>
    <w:rsid w:val="002973EF"/>
    <w:rsid w:val="002C024D"/>
    <w:rsid w:val="00326F90"/>
    <w:rsid w:val="004F3A30"/>
    <w:rsid w:val="00592365"/>
    <w:rsid w:val="005E7CBB"/>
    <w:rsid w:val="00766113"/>
    <w:rsid w:val="007966CD"/>
    <w:rsid w:val="00844E32"/>
    <w:rsid w:val="00846200"/>
    <w:rsid w:val="00886C8D"/>
    <w:rsid w:val="00964889"/>
    <w:rsid w:val="009B2654"/>
    <w:rsid w:val="00AA1D8D"/>
    <w:rsid w:val="00B47730"/>
    <w:rsid w:val="00BA3E5D"/>
    <w:rsid w:val="00BE7F6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8C956"/>
  <w14:defaultImageDpi w14:val="300"/>
  <w15:docId w15:val="{A0766B7A-4660-204B-B95F-BF30957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376</Words>
  <Characters>2211</Characters>
  <Application>Microsoft Office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 Bye</cp:lastModifiedBy>
  <cp:revision>3</cp:revision>
  <dcterms:created xsi:type="dcterms:W3CDTF">2013-12-23T23:15:00Z</dcterms:created>
  <dcterms:modified xsi:type="dcterms:W3CDTF">2025-07-16T04:29:00Z</dcterms:modified>
  <cp:category/>
</cp:coreProperties>
</file>